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בלש/ית נתונים – ערי הענק של 2025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ולנתח נתונים מספריים על אוכלוסיית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מגמות של עיור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אחוזים והשוואות בין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ג׳קרטה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36.6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45%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ב-1975 היו רק 8 ערי ענק, המספר גדל ל-33 עד 2025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טוקיו עם 33.4 מיליון הייתה במקום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19% גרים באזורים כפריים, הרוב גרים בערים ועיירות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המספר גדל מ-8 ל-33, זה יותר מפי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אינדונזיה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בנגלדש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עיר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(אינדונזיה)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(בנגלדש)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(גרים בערים ב-2025)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(גרים באזורים כפריים ב-2025)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ב-1950 כ-20% מהעולם גר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ב-1975 היו 8 ערי ענק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 ערי הענק גדל בהדרגה לאורך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ב-2025 יש 33 ערי ענק ו-45% מהעולם גר בערים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אמור/ה לציין שאחוז תושבי הערים גדל מ-20% ל-45%, ושמספר ערי הענק גדל מ-8 ל-33, מה שמראה מגמה ברורה של עיור מואץ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אפשר להזכיר אוכלוסייה גדולה ביבשת, התפתחות כלכלית מהירה, הגירה מכפרים לערים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ג׳קרטה, דאקה, טוקיו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ב-1975, 33 ב-2025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עלייה מתמדת באחוז תושבי הערים ובמספר ערי הענק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הגרף על הלוח ולבקש מהתלמידים לנחש את הסדר לפני גילוי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חישוב אחוזים פשוט מהנתונים לפני המעבר למשימות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את שאלת ההסבר על אסיה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בלש/ית נתונים – ערי הענק של 2025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מספרים על ערים גדולות בעולם. נלמד לקרוא את המספרים ולהבין מה הם אומרים.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יותר אנשים עוברים לגור בערים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 ענק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עם יותר מ-10 מיליון 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שגרים במקום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ועובדות שאוספים כדי ללמוד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שממנו לקחו את המידע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של שינוי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יחידת מדידה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מודדים מספר, למשל מיליון תושבים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עיר הכי גדולה ב-2025?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טוקיו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ג׳קרטה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תושבים יש בדאקה?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41.9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33.4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36.6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יבשת יש הכי הרבה ערי ענק?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אחוז גרים בערים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20%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ב-1975 היו בעולם 33 ערי ענק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טוקיו הייתה העיר השלישית בגודלה ב-2025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תושבי העולם ב-2025 גרים באזורים כפריים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ערי הענק בעולם גדל פי יותר מארבעה מאז 1975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עיר עם יותר מ-__________ מיליון תושבים נקראת עיר 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ג׳קרטה נמצאת במדינה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ב-1950 גרו בערים כ-__________ אחוז מתושבי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מתוך 33 ערי הענק בעולם, __________ נמצאות באסיה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דאקה נמצאת במדינה בשם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עיר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ג׳קרטה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גרים בערים ב-2025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דאקה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בנגלדש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טוקיו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אינדונזיה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45% מהאוכלוסייה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גרים באזורים כפריים ב-2025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19% מהאוכלוסייה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ב-2025 יש 33 ערי ענק ו-45% מהעולם גר בערים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ערי הענק גדל בהדרגה לאורך השנים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ב-1975 היו 8 ערי ענק בעולם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ב-1950 כ-20% מהעולם גר בערים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הנתונים בדף, מהי המגמה העיקרית שרואים בעיור העולם מאז 1950 ועד 2025? הסבירו בעזרת מספרים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נסו להסביר מדוע ייתכן שרוב ערי הענק בעולם נמצאות דווקא באסיה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הערים הגדולות בעולם ב-2025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ערי ענק היו בעולם ב-1975 וכמה יש ב-2025?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המגמה שרואים בנתוני העיור מ-1950 עד 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בלש/ית נתונים – ערי הענק של 2025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